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291" w:rsidRPr="00E141EC" w:rsidRDefault="00A76291" w:rsidP="00F0500A">
      <w:pPr>
        <w:pStyle w:val="Heading1"/>
        <w:spacing w:before="0"/>
        <w:rPr>
          <w:rFonts w:ascii="Times New Roman" w:hAnsi="Times New Roman"/>
          <w:i/>
          <w:sz w:val="52"/>
        </w:rPr>
      </w:pPr>
      <w:r w:rsidRPr="00E141EC">
        <w:rPr>
          <w:b w:val="0"/>
          <w:i/>
          <w:sz w:val="28"/>
        </w:rPr>
        <w:t xml:space="preserve">Multiple-Choice </w:t>
      </w:r>
      <w:proofErr w:type="gramStart"/>
      <w:r w:rsidRPr="00E141EC">
        <w:rPr>
          <w:b w:val="0"/>
          <w:i/>
          <w:sz w:val="28"/>
        </w:rPr>
        <w:t xml:space="preserve">Asn’t </w:t>
      </w:r>
      <w:r w:rsidRPr="00E141EC">
        <w:rPr>
          <w:b w:val="0"/>
          <w:i/>
          <w:sz w:val="28"/>
        </w:rPr>
        <w:t>:</w:t>
      </w:r>
      <w:proofErr w:type="gramEnd"/>
      <w:r w:rsidRPr="00E141EC">
        <w:rPr>
          <w:i/>
          <w:sz w:val="28"/>
        </w:rPr>
        <w:t xml:space="preserve"> </w:t>
      </w:r>
      <w:r w:rsidRPr="00E141EC">
        <w:rPr>
          <w:i/>
          <w:sz w:val="32"/>
        </w:rPr>
        <w:t>Uber — The Uncomfortable View from the Driving Seat</w:t>
      </w:r>
    </w:p>
    <w:p w:rsidR="00951204" w:rsidRPr="00F0500A" w:rsidRDefault="00A76291" w:rsidP="00F0500A">
      <w:pPr>
        <w:pStyle w:val="NormalWeb"/>
        <w:spacing w:before="0" w:beforeAutospacing="0"/>
      </w:pPr>
      <w:r w:rsidRPr="00F0500A">
        <w:t xml:space="preserve">Instructions: </w:t>
      </w:r>
      <w:r w:rsidRPr="00F0500A">
        <w:t>Read the article</w:t>
      </w:r>
      <w:r w:rsidR="00951204" w:rsidRPr="00F0500A">
        <w:t xml:space="preserve"> found at this link: </w:t>
      </w:r>
      <w:hyperlink r:id="rId8" w:history="1">
        <w:r w:rsidR="00951204" w:rsidRPr="00F0500A">
          <w:rPr>
            <w:rStyle w:val="Hyperlink"/>
          </w:rPr>
          <w:t>https://www.ft.com/content/c9a8b592-a81d-11e7-ab55-27219df83c97?syn-25a6b1a6=1</w:t>
        </w:r>
      </w:hyperlink>
      <w:r w:rsidR="00951204" w:rsidRPr="00F0500A">
        <w:t xml:space="preserve"> C</w:t>
      </w:r>
      <w:r w:rsidRPr="00F0500A">
        <w:t xml:space="preserve">hoose the best answer for each question. </w:t>
      </w:r>
    </w:p>
    <w:p w:rsidR="00A76291" w:rsidRPr="00F0500A" w:rsidRDefault="00A76291" w:rsidP="00F0500A">
      <w:pPr>
        <w:pStyle w:val="NormalWeb"/>
        <w:spacing w:before="0" w:beforeAutospacing="0"/>
      </w:pPr>
      <w:r w:rsidRPr="00F0500A">
        <w:t xml:space="preserve">1. _____ Where did some Uber </w:t>
      </w:r>
      <w:bookmarkStart w:id="0" w:name="_GoBack"/>
      <w:bookmarkEnd w:id="0"/>
      <w:r w:rsidRPr="00F0500A">
        <w:t>drivers in San Francisco sleep overnight to save money?</w:t>
      </w:r>
    </w:p>
    <w:p w:rsidR="00A76291" w:rsidRPr="00F0500A" w:rsidRDefault="00A76291" w:rsidP="00F0500A">
      <w:pPr>
        <w:pStyle w:val="NormalWeb"/>
        <w:spacing w:before="0" w:beforeAutospacing="0"/>
      </w:pPr>
      <w:r w:rsidRPr="00F0500A">
        <w:t xml:space="preserve">A. In inexpensive hotel rooms near the airport </w:t>
      </w:r>
      <w:r w:rsidR="00F0500A" w:rsidRPr="00F0500A">
        <w:t xml:space="preserve">  </w:t>
      </w:r>
      <w:r w:rsidRPr="00F0500A">
        <w:t xml:space="preserve">B. In parking lots where they could leave their cars </w:t>
      </w:r>
      <w:r w:rsidR="00951204" w:rsidRPr="00F0500A">
        <w:tab/>
      </w:r>
      <w:r w:rsidR="00951204" w:rsidRPr="00F0500A">
        <w:tab/>
      </w:r>
      <w:r w:rsidR="00F0500A" w:rsidRPr="00F0500A">
        <w:tab/>
      </w:r>
      <w:r w:rsidRPr="00F0500A">
        <w:t xml:space="preserve">C. In rooms provided by Uber at the airport </w:t>
      </w:r>
      <w:r w:rsidR="00951204" w:rsidRPr="00F0500A">
        <w:tab/>
      </w:r>
      <w:r w:rsidRPr="00F0500A">
        <w:t>D. In shared apartments paid for by Lyft</w:t>
      </w:r>
    </w:p>
    <w:p w:rsidR="00A76291" w:rsidRPr="00F0500A" w:rsidRDefault="00A76291" w:rsidP="00F0500A">
      <w:pPr>
        <w:pStyle w:val="NormalWeb"/>
        <w:spacing w:before="0" w:beforeAutospacing="0"/>
      </w:pPr>
      <w:r w:rsidRPr="00F0500A">
        <w:t>2. _____ What was Uber's main focus during its early years of growth?</w:t>
      </w:r>
    </w:p>
    <w:p w:rsidR="00A76291" w:rsidRPr="00F0500A" w:rsidRDefault="00A76291" w:rsidP="00F0500A">
      <w:pPr>
        <w:pStyle w:val="NormalWeb"/>
        <w:spacing w:before="0" w:beforeAutospacing="0"/>
      </w:pPr>
      <w:r w:rsidRPr="00F0500A">
        <w:t xml:space="preserve">A. Improving driver wages and benefits </w:t>
      </w:r>
      <w:r w:rsidR="00951204" w:rsidRPr="00F0500A">
        <w:t xml:space="preserve">   </w:t>
      </w:r>
      <w:r w:rsidRPr="00F0500A">
        <w:t>B. Expanding public transportation services</w:t>
      </w:r>
      <w:r w:rsidR="00951204" w:rsidRPr="00F0500A">
        <w:t xml:space="preserve">   </w:t>
      </w:r>
      <w:r w:rsidRPr="00F0500A">
        <w:t xml:space="preserve"> C. Helping drivers manage their business expenses </w:t>
      </w:r>
      <w:r w:rsidR="00951204" w:rsidRPr="00F0500A">
        <w:t xml:space="preserve">   </w:t>
      </w:r>
      <w:r w:rsidRPr="00F0500A">
        <w:t>D. Making rides better, faster, and cheaper for passengers</w:t>
      </w:r>
    </w:p>
    <w:p w:rsidR="00A76291" w:rsidRPr="00F0500A" w:rsidRDefault="00A76291" w:rsidP="00F0500A">
      <w:pPr>
        <w:pStyle w:val="NormalWeb"/>
        <w:spacing w:before="0" w:beforeAutospacing="0"/>
      </w:pPr>
      <w:r w:rsidRPr="00F0500A">
        <w:t>3. _____ According to the article, what happened to nearly half of Uber's US drivers during the period studied?</w:t>
      </w:r>
    </w:p>
    <w:p w:rsidR="00A76291" w:rsidRPr="00F0500A" w:rsidRDefault="00A76291" w:rsidP="00F0500A">
      <w:pPr>
        <w:pStyle w:val="NormalWeb"/>
        <w:spacing w:before="0" w:beforeAutospacing="0"/>
      </w:pPr>
      <w:r w:rsidRPr="00F0500A">
        <w:t xml:space="preserve">A. They quit driving for Uber in less than a year </w:t>
      </w:r>
      <w:r w:rsidR="00951204" w:rsidRPr="00F0500A">
        <w:t xml:space="preserve">     </w:t>
      </w:r>
      <w:r w:rsidRPr="00F0500A">
        <w:t xml:space="preserve">B. They became full-time employees of Uber </w:t>
      </w:r>
      <w:r w:rsidR="00951204" w:rsidRPr="00F0500A">
        <w:t xml:space="preserve">            </w:t>
      </w:r>
      <w:r w:rsidR="00F0500A" w:rsidRPr="00F0500A">
        <w:t xml:space="preserve">         </w:t>
      </w:r>
      <w:proofErr w:type="gramStart"/>
      <w:r w:rsidR="00F0500A" w:rsidRPr="00F0500A">
        <w:tab/>
      </w:r>
      <w:r w:rsidR="00951204" w:rsidRPr="00F0500A">
        <w:t xml:space="preserve">  </w:t>
      </w:r>
      <w:r w:rsidRPr="00F0500A">
        <w:t>C.</w:t>
      </w:r>
      <w:proofErr w:type="gramEnd"/>
      <w:r w:rsidRPr="00F0500A">
        <w:t xml:space="preserve"> They moved to other countries to drive for Uber </w:t>
      </w:r>
      <w:r w:rsidR="00951204" w:rsidRPr="00F0500A">
        <w:t xml:space="preserve">   </w:t>
      </w:r>
      <w:r w:rsidRPr="00F0500A">
        <w:t>D. They switched from driving cars to delivering food</w:t>
      </w:r>
    </w:p>
    <w:p w:rsidR="00A76291" w:rsidRPr="00F0500A" w:rsidRDefault="00A76291" w:rsidP="00F0500A">
      <w:pPr>
        <w:pStyle w:val="NormalWeb"/>
        <w:spacing w:before="0" w:beforeAutospacing="0"/>
      </w:pPr>
      <w:r w:rsidRPr="00F0500A">
        <w:t>4. _____ Why was Lyft gaining market share in the United States?</w:t>
      </w:r>
    </w:p>
    <w:p w:rsidR="00A76291" w:rsidRPr="00F0500A" w:rsidRDefault="00A76291" w:rsidP="00F0500A">
      <w:pPr>
        <w:pStyle w:val="NormalWeb"/>
        <w:spacing w:before="0" w:beforeAutospacing="0"/>
      </w:pPr>
      <w:r w:rsidRPr="00F0500A">
        <w:t xml:space="preserve">A. It required drivers to work fixed schedules </w:t>
      </w:r>
      <w:r w:rsidR="00951204" w:rsidRPr="00F0500A">
        <w:t xml:space="preserve">  </w:t>
      </w:r>
      <w:r w:rsidRPr="00F0500A">
        <w:t xml:space="preserve">B. It charged drivers less for vehicle maintenance </w:t>
      </w:r>
      <w:r w:rsidR="00951204" w:rsidRPr="00F0500A">
        <w:t xml:space="preserve">  </w:t>
      </w:r>
      <w:r w:rsidR="00F0500A" w:rsidRPr="00F0500A">
        <w:t xml:space="preserve"> </w:t>
      </w:r>
      <w:r w:rsidRPr="00F0500A">
        <w:t xml:space="preserve">C. It had developed a reputation for treating drivers better </w:t>
      </w:r>
      <w:r w:rsidR="00951204" w:rsidRPr="00F0500A">
        <w:t xml:space="preserve">  </w:t>
      </w:r>
      <w:r w:rsidRPr="00F0500A">
        <w:t>D. It guaranteed every driver a minimum weekly salary</w:t>
      </w:r>
    </w:p>
    <w:p w:rsidR="00A76291" w:rsidRPr="00F0500A" w:rsidRDefault="00A76291" w:rsidP="00F0500A">
      <w:pPr>
        <w:pStyle w:val="NormalWeb"/>
        <w:spacing w:before="0" w:beforeAutospacing="0"/>
      </w:pPr>
      <w:r w:rsidRPr="00F0500A">
        <w:t xml:space="preserve">5. _____ What was one advantage of working for Uber that Victor </w:t>
      </w:r>
      <w:proofErr w:type="spellStart"/>
      <w:r w:rsidRPr="00F0500A">
        <w:t>Liuzzi</w:t>
      </w:r>
      <w:proofErr w:type="spellEnd"/>
      <w:r w:rsidRPr="00F0500A">
        <w:t xml:space="preserve"> appreciated?</w:t>
      </w:r>
    </w:p>
    <w:p w:rsidR="00A76291" w:rsidRPr="00F0500A" w:rsidRDefault="00A76291" w:rsidP="00F0500A">
      <w:pPr>
        <w:pStyle w:val="NormalWeb"/>
        <w:spacing w:before="0" w:beforeAutospacing="0"/>
      </w:pPr>
      <w:r w:rsidRPr="00F0500A">
        <w:t xml:space="preserve">A. The company paid all his vehicle expenses </w:t>
      </w:r>
      <w:r w:rsidR="00951204" w:rsidRPr="00F0500A">
        <w:t xml:space="preserve">  </w:t>
      </w:r>
      <w:r w:rsidRPr="00F0500A">
        <w:t xml:space="preserve">B. He could earn more money while choosing his own schedule </w:t>
      </w:r>
      <w:r w:rsidR="00951204" w:rsidRPr="00F0500A">
        <w:t xml:space="preserve">  </w:t>
      </w:r>
      <w:r w:rsidRPr="00F0500A">
        <w:t xml:space="preserve">C. He received a guaranteed salary regardless of how much he drove </w:t>
      </w:r>
      <w:r w:rsidR="00951204" w:rsidRPr="00F0500A">
        <w:t xml:space="preserve">  </w:t>
      </w:r>
      <w:r w:rsidRPr="00F0500A">
        <w:t>D. He no longer needed to maintain his vehicle</w:t>
      </w:r>
    </w:p>
    <w:p w:rsidR="00A76291" w:rsidRPr="00F0500A" w:rsidRDefault="00A76291" w:rsidP="00F0500A">
      <w:pPr>
        <w:pStyle w:val="NormalWeb"/>
        <w:spacing w:before="0" w:beforeAutospacing="0"/>
      </w:pPr>
      <w:r w:rsidRPr="00F0500A">
        <w:t>6. _____ Why did Uber drivers have to manage their own tax returns and business expenses?</w:t>
      </w:r>
    </w:p>
    <w:p w:rsidR="00A76291" w:rsidRPr="00F0500A" w:rsidRDefault="00A76291" w:rsidP="00F0500A">
      <w:pPr>
        <w:pStyle w:val="NormalWeb"/>
        <w:spacing w:before="0" w:beforeAutospacing="0"/>
      </w:pPr>
      <w:r w:rsidRPr="00F0500A">
        <w:t xml:space="preserve">A. They were classified as independent contractors </w:t>
      </w:r>
      <w:r w:rsidR="00951204" w:rsidRPr="00F0500A">
        <w:t xml:space="preserve">  </w:t>
      </w:r>
      <w:r w:rsidRPr="00F0500A">
        <w:t xml:space="preserve">B. They were employed by individual passengers </w:t>
      </w:r>
      <w:r w:rsidR="00951204" w:rsidRPr="00F0500A">
        <w:t xml:space="preserve">     </w:t>
      </w:r>
      <w:r w:rsidRPr="00F0500A">
        <w:t xml:space="preserve">C. They worked directly for the city government </w:t>
      </w:r>
      <w:r w:rsidR="00951204" w:rsidRPr="00F0500A">
        <w:t xml:space="preserve">  </w:t>
      </w:r>
      <w:r w:rsidRPr="00F0500A">
        <w:t>D. They were considered temporary employees of Lyft</w:t>
      </w:r>
    </w:p>
    <w:p w:rsidR="00A76291" w:rsidRPr="00F0500A" w:rsidRDefault="00A76291" w:rsidP="00F0500A">
      <w:pPr>
        <w:pStyle w:val="NormalWeb"/>
        <w:spacing w:before="0" w:beforeAutospacing="0"/>
      </w:pPr>
      <w:r w:rsidRPr="00F0500A">
        <w:t>7. _____ What financial problem did Ronnie Fernandez experience?</w:t>
      </w:r>
    </w:p>
    <w:p w:rsidR="00A76291" w:rsidRPr="00F0500A" w:rsidRDefault="00A76291" w:rsidP="00F0500A">
      <w:pPr>
        <w:pStyle w:val="NormalWeb"/>
        <w:spacing w:before="0" w:beforeAutospacing="0"/>
      </w:pPr>
      <w:r w:rsidRPr="00F0500A">
        <w:t xml:space="preserve">A. He lost his vehicle because he could not make loan payments </w:t>
      </w:r>
      <w:r w:rsidR="00951204" w:rsidRPr="00F0500A">
        <w:t xml:space="preserve">   </w:t>
      </w:r>
      <w:r w:rsidRPr="00F0500A">
        <w:t>B. He was charged for rides that passengers cancelled</w:t>
      </w:r>
      <w:r w:rsidR="00951204" w:rsidRPr="00F0500A">
        <w:t xml:space="preserve">   </w:t>
      </w:r>
      <w:r w:rsidRPr="00F0500A">
        <w:t xml:space="preserve"> C. He had to repay a loan taken out to buy an Uber franchise </w:t>
      </w:r>
      <w:r w:rsidR="00951204" w:rsidRPr="00F0500A">
        <w:t xml:space="preserve">    </w:t>
      </w:r>
      <w:r w:rsidRPr="00F0500A">
        <w:t>D. He received a $5,000 tax bill related to his previous Uber earnings</w:t>
      </w:r>
    </w:p>
    <w:p w:rsidR="00A76291" w:rsidRPr="00F0500A" w:rsidRDefault="00A76291" w:rsidP="00F0500A">
      <w:pPr>
        <w:pStyle w:val="NormalWeb"/>
        <w:spacing w:before="0" w:beforeAutospacing="0"/>
      </w:pPr>
      <w:r w:rsidRPr="00F0500A">
        <w:t>8. _____ Why did Anthony have to stop driving for Uber temporarily?</w:t>
      </w:r>
    </w:p>
    <w:p w:rsidR="00A76291" w:rsidRPr="00F0500A" w:rsidRDefault="00A76291" w:rsidP="00F0500A">
      <w:pPr>
        <w:pStyle w:val="NormalWeb"/>
        <w:spacing w:before="0" w:beforeAutospacing="0"/>
      </w:pPr>
      <w:r w:rsidRPr="00F0500A">
        <w:t xml:space="preserve">A. His driver's </w:t>
      </w:r>
      <w:proofErr w:type="spellStart"/>
      <w:r w:rsidRPr="00F0500A">
        <w:t>licence</w:t>
      </w:r>
      <w:proofErr w:type="spellEnd"/>
      <w:r w:rsidRPr="00F0500A">
        <w:t xml:space="preserve"> was suspended </w:t>
      </w:r>
      <w:r w:rsidR="00951204" w:rsidRPr="00F0500A">
        <w:t xml:space="preserve">  </w:t>
      </w:r>
      <w:r w:rsidRPr="00F0500A">
        <w:t xml:space="preserve">B. Uber deactivated his account after a passenger complaint </w:t>
      </w:r>
      <w:r w:rsidR="00951204" w:rsidRPr="00F0500A">
        <w:t xml:space="preserve">   </w:t>
      </w:r>
      <w:r w:rsidRPr="00F0500A">
        <w:t xml:space="preserve">C. He could not afford to renew his car registration </w:t>
      </w:r>
      <w:r w:rsidR="00951204" w:rsidRPr="00F0500A">
        <w:t xml:space="preserve">   </w:t>
      </w:r>
      <w:r w:rsidRPr="00F0500A">
        <w:t>D. His car needed repairs that Uber refused to cover</w:t>
      </w:r>
    </w:p>
    <w:p w:rsidR="00F0500A" w:rsidRDefault="00F0500A" w:rsidP="00F0500A">
      <w:pPr>
        <w:pStyle w:val="NormalWeb"/>
        <w:spacing w:before="0" w:beforeAutospacing="0"/>
      </w:pPr>
    </w:p>
    <w:p w:rsidR="00A76291" w:rsidRPr="00F0500A" w:rsidRDefault="00A76291" w:rsidP="00F0500A">
      <w:pPr>
        <w:pStyle w:val="NormalWeb"/>
        <w:spacing w:before="0" w:beforeAutospacing="0"/>
      </w:pPr>
      <w:r w:rsidRPr="00F0500A">
        <w:lastRenderedPageBreak/>
        <w:t>9. _____ What was one change Uber introduced to improve its relationship with drivers?</w:t>
      </w:r>
    </w:p>
    <w:p w:rsidR="00A76291" w:rsidRPr="00F0500A" w:rsidRDefault="00A76291" w:rsidP="00F0500A">
      <w:pPr>
        <w:pStyle w:val="NormalWeb"/>
        <w:spacing w:before="0" w:beforeAutospacing="0"/>
      </w:pPr>
      <w:r w:rsidRPr="00F0500A">
        <w:t>A. A 24-hour helpline for drivers B. Free vehicles for full-time drivers C. Guaranteed employment contracts for all drivers D. Company-paid income tax preparation for every driver</w:t>
      </w:r>
    </w:p>
    <w:p w:rsidR="00A76291" w:rsidRPr="00F0500A" w:rsidRDefault="00A76291" w:rsidP="00F0500A">
      <w:pPr>
        <w:pStyle w:val="NormalWeb"/>
        <w:spacing w:before="0" w:beforeAutospacing="0"/>
      </w:pPr>
      <w:r w:rsidRPr="00F0500A">
        <w:t>10. _____ What did Uber's new tipping feature allow passengers to do?</w:t>
      </w:r>
    </w:p>
    <w:p w:rsidR="00A76291" w:rsidRPr="00F0500A" w:rsidRDefault="00A76291" w:rsidP="00F0500A">
      <w:pPr>
        <w:pStyle w:val="NormalWeb"/>
        <w:spacing w:before="0" w:beforeAutospacing="0"/>
      </w:pPr>
      <w:r w:rsidRPr="00F0500A">
        <w:t xml:space="preserve">A. Pay drivers' vehicle registration fees directly B. Give </w:t>
      </w:r>
      <w:proofErr w:type="gramStart"/>
      <w:r w:rsidRPr="00F0500A">
        <w:t>drivers</w:t>
      </w:r>
      <w:proofErr w:type="gramEnd"/>
      <w:r w:rsidRPr="00F0500A">
        <w:t xml:space="preserve"> additional money through the app C. Purchase fuel for drivers before taking a ride D. Pay drivers a fixed bonus for every trip</w:t>
      </w:r>
    </w:p>
    <w:p w:rsidR="00A76291" w:rsidRPr="00F0500A" w:rsidRDefault="00A76291" w:rsidP="00F0500A">
      <w:pPr>
        <w:pStyle w:val="NormalWeb"/>
        <w:spacing w:before="0" w:beforeAutospacing="0"/>
      </w:pPr>
      <w:r w:rsidRPr="00F0500A">
        <w:t>11. _____ According to the article, what was a major concern about drivers' earnings?</w:t>
      </w:r>
    </w:p>
    <w:p w:rsidR="00A76291" w:rsidRPr="00F0500A" w:rsidRDefault="00A76291" w:rsidP="00F0500A">
      <w:pPr>
        <w:pStyle w:val="NormalWeb"/>
        <w:spacing w:before="0" w:beforeAutospacing="0"/>
      </w:pPr>
      <w:r w:rsidRPr="00F0500A">
        <w:t>A. Drivers were prohibited from working for competing companies B. Drivers were required to share all earnings with passengers C. Vehicle expenses could leave drivers earning less than minimum wage D. Drivers had to pay a fixed monthly fee to the city</w:t>
      </w:r>
    </w:p>
    <w:p w:rsidR="00A76291" w:rsidRPr="00F0500A" w:rsidRDefault="00A76291" w:rsidP="00F0500A">
      <w:pPr>
        <w:pStyle w:val="NormalWeb"/>
        <w:spacing w:before="0" w:beforeAutospacing="0"/>
      </w:pPr>
      <w:r w:rsidRPr="00F0500A">
        <w:t>12. _____ What did Uber call its changing bonus targets designed to encourage drivers to complete more rides?</w:t>
      </w:r>
    </w:p>
    <w:p w:rsidR="00A76291" w:rsidRPr="00F0500A" w:rsidRDefault="00A76291" w:rsidP="00F0500A">
      <w:pPr>
        <w:pStyle w:val="NormalWeb"/>
        <w:spacing w:before="0" w:beforeAutospacing="0"/>
      </w:pPr>
      <w:r w:rsidRPr="00F0500A">
        <w:t>A. Milestones B. Rewards C. Challenges D. Quests</w:t>
      </w:r>
    </w:p>
    <w:p w:rsidR="00A76291" w:rsidRPr="00F0500A" w:rsidRDefault="00A76291" w:rsidP="00F0500A">
      <w:pPr>
        <w:pStyle w:val="NormalWeb"/>
        <w:spacing w:before="0" w:beforeAutospacing="0"/>
      </w:pPr>
      <w:r w:rsidRPr="00F0500A">
        <w:t>13. _____ According to the article, what proportion of Uber's global fares in the second quarter of 2017 went to drivers?</w:t>
      </w:r>
    </w:p>
    <w:p w:rsidR="00A76291" w:rsidRPr="00F0500A" w:rsidRDefault="00A76291" w:rsidP="00F0500A">
      <w:pPr>
        <w:pStyle w:val="NormalWeb"/>
        <w:spacing w:before="0" w:beforeAutospacing="0"/>
      </w:pPr>
      <w:r w:rsidRPr="00F0500A">
        <w:t>A. About $7 billion out of $8.7 billion B. About $2 billion out of $8.7 billion C. About $4 billion out of $8.7 billion D. About $8.5 billion out of $8.7 billion</w:t>
      </w:r>
    </w:p>
    <w:p w:rsidR="00A76291" w:rsidRPr="00F0500A" w:rsidRDefault="00A76291" w:rsidP="00F0500A">
      <w:pPr>
        <w:pStyle w:val="NormalWeb"/>
        <w:spacing w:before="0" w:beforeAutospacing="0"/>
      </w:pPr>
      <w:r w:rsidRPr="00F0500A">
        <w:t xml:space="preserve">14. _____ What concern did </w:t>
      </w:r>
      <w:proofErr w:type="spellStart"/>
      <w:r w:rsidRPr="00F0500A">
        <w:t>Oneyda</w:t>
      </w:r>
      <w:proofErr w:type="spellEnd"/>
      <w:r w:rsidRPr="00F0500A">
        <w:t xml:space="preserve"> Oliveira express about being an independent contractor?</w:t>
      </w:r>
    </w:p>
    <w:p w:rsidR="00A76291" w:rsidRPr="00F0500A" w:rsidRDefault="00A76291" w:rsidP="00F0500A">
      <w:pPr>
        <w:pStyle w:val="NormalWeb"/>
        <w:spacing w:before="0" w:beforeAutospacing="0"/>
      </w:pPr>
      <w:r w:rsidRPr="00F0500A">
        <w:t>A. She had to work exclusively for one passenger B. She could not choose which city she worked in C. Uber controlled important aspects of her work through ratings and its app D. She was required to accept a permanent office position</w:t>
      </w:r>
    </w:p>
    <w:p w:rsidR="00A76291" w:rsidRPr="00F0500A" w:rsidRDefault="00A76291" w:rsidP="00F0500A">
      <w:pPr>
        <w:pStyle w:val="NormalWeb"/>
        <w:spacing w:before="0" w:beforeAutospacing="0"/>
      </w:pPr>
      <w:r w:rsidRPr="00F0500A">
        <w:t>15. _____ What did Herb Coakley suggest could happen when drivers followed their apps for long periods?</w:t>
      </w:r>
    </w:p>
    <w:p w:rsidR="00A76291" w:rsidRPr="00F0500A" w:rsidRDefault="00A76291" w:rsidP="00F0500A">
      <w:pPr>
        <w:pStyle w:val="NormalWeb"/>
        <w:spacing w:before="0" w:beforeAutospacing="0"/>
      </w:pPr>
      <w:r w:rsidRPr="00F0500A">
        <w:t>A. They became better at remembering every passenger B. They could feel as though the app was controlling their actions C. They were able to avoid using navigation systems D. They could automatically reduce their vehicle expenses</w:t>
      </w:r>
    </w:p>
    <w:p w:rsidR="00A76291" w:rsidRPr="00F0500A" w:rsidRDefault="00A76291" w:rsidP="00F0500A">
      <w:pPr>
        <w:pStyle w:val="NormalWeb"/>
        <w:spacing w:before="0" w:beforeAutospacing="0"/>
      </w:pPr>
      <w:r w:rsidRPr="00F0500A">
        <w:t>16. _____ Why did some drivers find Uber's bonus targets difficult to achieve?</w:t>
      </w:r>
    </w:p>
    <w:p w:rsidR="00A76291" w:rsidRPr="00F0500A" w:rsidRDefault="00A76291" w:rsidP="00F0500A">
      <w:pPr>
        <w:pStyle w:val="NormalWeb"/>
        <w:spacing w:before="0" w:beforeAutospacing="0"/>
      </w:pPr>
      <w:r w:rsidRPr="00F0500A">
        <w:t>A. Bonuses were available only to drivers who owned multiple vehicles B. Drivers had to complete special training before qualifying C. Bonuses were paid only to drivers who worked during the daytime D. Reaching the targets could require very long working hours</w:t>
      </w:r>
    </w:p>
    <w:p w:rsidR="00F0500A" w:rsidRDefault="00F0500A" w:rsidP="00F0500A">
      <w:pPr>
        <w:pStyle w:val="NormalWeb"/>
        <w:spacing w:before="0" w:beforeAutospacing="0"/>
      </w:pPr>
    </w:p>
    <w:p w:rsidR="00F0500A" w:rsidRDefault="00F0500A" w:rsidP="00F0500A">
      <w:pPr>
        <w:pStyle w:val="NormalWeb"/>
        <w:spacing w:before="0" w:beforeAutospacing="0"/>
      </w:pPr>
    </w:p>
    <w:p w:rsidR="00A76291" w:rsidRPr="00F0500A" w:rsidRDefault="00A76291" w:rsidP="00F0500A">
      <w:pPr>
        <w:pStyle w:val="NormalWeb"/>
        <w:spacing w:before="0" w:beforeAutospacing="0"/>
      </w:pPr>
      <w:r w:rsidRPr="00F0500A">
        <w:lastRenderedPageBreak/>
        <w:t>17. _____ What did the article identify as one reason Uber was trying to improve driver earnings and conditions?</w:t>
      </w:r>
    </w:p>
    <w:p w:rsidR="00A76291" w:rsidRPr="00F0500A" w:rsidRDefault="00A76291" w:rsidP="00F0500A">
      <w:pPr>
        <w:pStyle w:val="NormalWeb"/>
        <w:spacing w:before="0" w:beforeAutospacing="0"/>
      </w:pPr>
      <w:r w:rsidRPr="00F0500A">
        <w:t>A. Lyft's growing competition for drivers and passengers B. A government order requiring every driver to become a manager C. A shortage of people interested in using ride-sharing services D. A decision by taxi companies to stop operating</w:t>
      </w:r>
    </w:p>
    <w:p w:rsidR="00A76291" w:rsidRPr="00F0500A" w:rsidRDefault="00A76291" w:rsidP="00F0500A">
      <w:pPr>
        <w:pStyle w:val="NormalWeb"/>
        <w:spacing w:before="0" w:beforeAutospacing="0"/>
      </w:pPr>
      <w:r w:rsidRPr="00F0500A">
        <w:t>18. _____ What was one difficulty drivers faced when calculating how much money they actually earned?</w:t>
      </w:r>
    </w:p>
    <w:p w:rsidR="00A76291" w:rsidRPr="00F0500A" w:rsidRDefault="00A76291" w:rsidP="00F0500A">
      <w:pPr>
        <w:pStyle w:val="NormalWeb"/>
        <w:spacing w:before="0" w:beforeAutospacing="0"/>
      </w:pPr>
      <w:r w:rsidRPr="00F0500A">
        <w:t>A. Uber did not provide any information about the fares passengers paid B. Drivers were forbidden from keeping financial records C. Many drivers did not accurately track expenses and net income D. Drivers had to submit their earnings to Lyft each month</w:t>
      </w:r>
    </w:p>
    <w:p w:rsidR="00A76291" w:rsidRPr="00F0500A" w:rsidRDefault="00A76291" w:rsidP="00F0500A">
      <w:pPr>
        <w:pStyle w:val="NormalWeb"/>
        <w:spacing w:before="0" w:beforeAutospacing="0"/>
      </w:pPr>
      <w:r w:rsidRPr="00F0500A">
        <w:t>19. _____ What happened to Uber's former chief executive, Travis Kalanick, in June 2017?</w:t>
      </w:r>
    </w:p>
    <w:p w:rsidR="00A76291" w:rsidRPr="00F0500A" w:rsidRDefault="00A76291" w:rsidP="00F0500A">
      <w:pPr>
        <w:pStyle w:val="NormalWeb"/>
        <w:spacing w:before="0" w:beforeAutospacing="0"/>
      </w:pPr>
      <w:r w:rsidRPr="00F0500A">
        <w:t xml:space="preserve">A. He became the chief executive of Lyft B. He was appointed head of Uber's European </w:t>
      </w:r>
      <w:proofErr w:type="gramStart"/>
      <w:r w:rsidRPr="00F0500A">
        <w:t>operations</w:t>
      </w:r>
      <w:proofErr w:type="gramEnd"/>
      <w:r w:rsidRPr="00F0500A">
        <w:t xml:space="preserve"> C. He left the company to become a full-time driver D. He was forced out by investors</w:t>
      </w:r>
    </w:p>
    <w:p w:rsidR="00A76291" w:rsidRPr="00F0500A" w:rsidRDefault="00A76291" w:rsidP="00F0500A">
      <w:pPr>
        <w:pStyle w:val="NormalWeb"/>
        <w:spacing w:before="0" w:beforeAutospacing="0"/>
      </w:pPr>
      <w:r w:rsidRPr="00F0500A">
        <w:t>20. _____ What broader challenge did the article suggest Uber faced in its relationship with drivers?</w:t>
      </w:r>
    </w:p>
    <w:p w:rsidR="00F0500A" w:rsidRPr="00F0500A" w:rsidRDefault="00A76291" w:rsidP="00F0500A">
      <w:pPr>
        <w:pStyle w:val="NormalWeb"/>
        <w:spacing w:before="0" w:beforeAutospacing="0"/>
      </w:pPr>
      <w:r w:rsidRPr="00F0500A">
        <w:t>A. Finding enough passengers willing to use smartphones B. Balancing its focus on passengers with the needs and treatment of drivers C. Convincing drivers to stop working flexible hours D. Replacing its ride-sharing service with traditional taxis</w:t>
      </w:r>
    </w:p>
    <w:p w:rsidR="00F0500A" w:rsidRPr="00F0500A" w:rsidRDefault="00F0500A" w:rsidP="00F0500A">
      <w:pPr>
        <w:rPr>
          <w:sz w:val="20"/>
        </w:rPr>
      </w:pPr>
    </w:p>
    <w:p w:rsidR="00F0500A" w:rsidRPr="00F0500A" w:rsidRDefault="00F0500A" w:rsidP="00F0500A">
      <w:pPr>
        <w:rPr>
          <w:sz w:val="20"/>
        </w:rPr>
      </w:pPr>
    </w:p>
    <w:p w:rsidR="00F0500A" w:rsidRPr="00F0500A" w:rsidRDefault="00F0500A" w:rsidP="00F0500A">
      <w:pPr>
        <w:rPr>
          <w:sz w:val="20"/>
        </w:rPr>
      </w:pPr>
    </w:p>
    <w:p w:rsidR="00F0500A" w:rsidRPr="00F0500A" w:rsidRDefault="00F0500A" w:rsidP="00F0500A">
      <w:pPr>
        <w:rPr>
          <w:sz w:val="20"/>
        </w:rPr>
      </w:pPr>
    </w:p>
    <w:p w:rsidR="00F0500A" w:rsidRPr="00F0500A" w:rsidRDefault="00F0500A" w:rsidP="00F0500A">
      <w:pPr>
        <w:rPr>
          <w:sz w:val="20"/>
        </w:rPr>
      </w:pPr>
    </w:p>
    <w:p w:rsidR="00F0500A" w:rsidRPr="00F0500A" w:rsidRDefault="00F0500A" w:rsidP="00F0500A">
      <w:pPr>
        <w:rPr>
          <w:sz w:val="20"/>
        </w:rPr>
      </w:pPr>
    </w:p>
    <w:p w:rsidR="00A76291" w:rsidRPr="00F0500A" w:rsidRDefault="00F0500A" w:rsidP="00F0500A">
      <w:pPr>
        <w:tabs>
          <w:tab w:val="left" w:pos="5784"/>
        </w:tabs>
        <w:rPr>
          <w:sz w:val="20"/>
        </w:rPr>
      </w:pPr>
      <w:r w:rsidRPr="00F0500A">
        <w:rPr>
          <w:sz w:val="20"/>
        </w:rPr>
        <w:tab/>
      </w:r>
    </w:p>
    <w:sectPr w:rsidR="00A76291" w:rsidRPr="00F0500A" w:rsidSect="00034616">
      <w:head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141EC">
      <w:pPr>
        <w:spacing w:after="0" w:line="240" w:lineRule="auto"/>
      </w:pPr>
      <w:r>
        <w:separator/>
      </w:r>
    </w:p>
  </w:endnote>
  <w:endnote w:type="continuationSeparator" w:id="0">
    <w:p w:rsidR="00000000" w:rsidRDefault="00E14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141EC">
      <w:pPr>
        <w:spacing w:after="0" w:line="240" w:lineRule="auto"/>
      </w:pPr>
      <w:r>
        <w:separator/>
      </w:r>
    </w:p>
  </w:footnote>
  <w:footnote w:type="continuationSeparator" w:id="0">
    <w:p w:rsidR="00000000" w:rsidRDefault="00E14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291" w:rsidRDefault="00A76291" w:rsidP="00A76291">
    <w:pPr>
      <w:pStyle w:val="Header"/>
      <w:tabs>
        <w:tab w:val="clear" w:pos="4680"/>
        <w:tab w:val="center" w:pos="4320"/>
      </w:tabs>
    </w:pPr>
    <w:r>
      <w:t>Fin Lit 10</w:t>
    </w:r>
    <w:r>
      <w:tab/>
      <w:t xml:space="preserve">RCS </w:t>
    </w:r>
    <w:r>
      <w:tab/>
      <w:t>Name: 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951204"/>
    <w:rsid w:val="00A76291"/>
    <w:rsid w:val="00AA1D8D"/>
    <w:rsid w:val="00B47730"/>
    <w:rsid w:val="00CA7318"/>
    <w:rsid w:val="00CB0664"/>
    <w:rsid w:val="00E141EC"/>
    <w:rsid w:val="00F050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CBAEC"/>
  <w14:defaultImageDpi w14:val="300"/>
  <w15:docId w15:val="{156815A6-EFBC-43A6-8CA2-9B206EE4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762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512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53724">
      <w:bodyDiv w:val="1"/>
      <w:marLeft w:val="0"/>
      <w:marRight w:val="0"/>
      <w:marTop w:val="0"/>
      <w:marBottom w:val="0"/>
      <w:divBdr>
        <w:top w:val="none" w:sz="0" w:space="0" w:color="auto"/>
        <w:left w:val="none" w:sz="0" w:space="0" w:color="auto"/>
        <w:bottom w:val="none" w:sz="0" w:space="0" w:color="auto"/>
        <w:right w:val="none" w:sz="0" w:space="0" w:color="auto"/>
      </w:divBdr>
      <w:divsChild>
        <w:div w:id="1400327524">
          <w:marLeft w:val="0"/>
          <w:marRight w:val="0"/>
          <w:marTop w:val="0"/>
          <w:marBottom w:val="0"/>
          <w:divBdr>
            <w:top w:val="none" w:sz="0" w:space="0" w:color="auto"/>
            <w:left w:val="none" w:sz="0" w:space="0" w:color="auto"/>
            <w:bottom w:val="none" w:sz="0" w:space="0" w:color="auto"/>
            <w:right w:val="none" w:sz="0" w:space="0" w:color="auto"/>
          </w:divBdr>
          <w:divsChild>
            <w:div w:id="1085151676">
              <w:marLeft w:val="0"/>
              <w:marRight w:val="0"/>
              <w:marTop w:val="0"/>
              <w:marBottom w:val="0"/>
              <w:divBdr>
                <w:top w:val="none" w:sz="0" w:space="0" w:color="auto"/>
                <w:left w:val="none" w:sz="0" w:space="0" w:color="auto"/>
                <w:bottom w:val="none" w:sz="0" w:space="0" w:color="auto"/>
                <w:right w:val="none" w:sz="0" w:space="0" w:color="auto"/>
              </w:divBdr>
              <w:divsChild>
                <w:div w:id="241524898">
                  <w:marLeft w:val="0"/>
                  <w:marRight w:val="0"/>
                  <w:marTop w:val="0"/>
                  <w:marBottom w:val="0"/>
                  <w:divBdr>
                    <w:top w:val="none" w:sz="0" w:space="0" w:color="auto"/>
                    <w:left w:val="none" w:sz="0" w:space="0" w:color="auto"/>
                    <w:bottom w:val="none" w:sz="0" w:space="0" w:color="auto"/>
                    <w:right w:val="none" w:sz="0" w:space="0" w:color="auto"/>
                  </w:divBdr>
                  <w:divsChild>
                    <w:div w:id="572350111">
                      <w:marLeft w:val="0"/>
                      <w:marRight w:val="0"/>
                      <w:marTop w:val="0"/>
                      <w:marBottom w:val="0"/>
                      <w:divBdr>
                        <w:top w:val="none" w:sz="0" w:space="0" w:color="auto"/>
                        <w:left w:val="none" w:sz="0" w:space="0" w:color="auto"/>
                        <w:bottom w:val="none" w:sz="0" w:space="0" w:color="auto"/>
                        <w:right w:val="none" w:sz="0" w:space="0" w:color="auto"/>
                      </w:divBdr>
                      <w:divsChild>
                        <w:div w:id="1299142836">
                          <w:marLeft w:val="0"/>
                          <w:marRight w:val="0"/>
                          <w:marTop w:val="0"/>
                          <w:marBottom w:val="0"/>
                          <w:divBdr>
                            <w:top w:val="none" w:sz="0" w:space="0" w:color="auto"/>
                            <w:left w:val="none" w:sz="0" w:space="0" w:color="auto"/>
                            <w:bottom w:val="none" w:sz="0" w:space="0" w:color="auto"/>
                            <w:right w:val="none" w:sz="0" w:space="0" w:color="auto"/>
                          </w:divBdr>
                          <w:divsChild>
                            <w:div w:id="329412938">
                              <w:marLeft w:val="0"/>
                              <w:marRight w:val="0"/>
                              <w:marTop w:val="0"/>
                              <w:marBottom w:val="0"/>
                              <w:divBdr>
                                <w:top w:val="none" w:sz="0" w:space="0" w:color="auto"/>
                                <w:left w:val="none" w:sz="0" w:space="0" w:color="auto"/>
                                <w:bottom w:val="none" w:sz="0" w:space="0" w:color="auto"/>
                                <w:right w:val="none" w:sz="0" w:space="0" w:color="auto"/>
                              </w:divBdr>
                            </w:div>
                          </w:divsChild>
                        </w:div>
                        <w:div w:id="88089390">
                          <w:marLeft w:val="0"/>
                          <w:marRight w:val="0"/>
                          <w:marTop w:val="0"/>
                          <w:marBottom w:val="0"/>
                          <w:divBdr>
                            <w:top w:val="none" w:sz="0" w:space="0" w:color="auto"/>
                            <w:left w:val="none" w:sz="0" w:space="0" w:color="auto"/>
                            <w:bottom w:val="none" w:sz="0" w:space="0" w:color="auto"/>
                            <w:right w:val="none" w:sz="0" w:space="0" w:color="auto"/>
                          </w:divBdr>
                          <w:divsChild>
                            <w:div w:id="79642176">
                              <w:marLeft w:val="0"/>
                              <w:marRight w:val="0"/>
                              <w:marTop w:val="0"/>
                              <w:marBottom w:val="0"/>
                              <w:divBdr>
                                <w:top w:val="none" w:sz="0" w:space="0" w:color="auto"/>
                                <w:left w:val="none" w:sz="0" w:space="0" w:color="auto"/>
                                <w:bottom w:val="none" w:sz="0" w:space="0" w:color="auto"/>
                                <w:right w:val="none" w:sz="0" w:space="0" w:color="auto"/>
                              </w:divBdr>
                            </w:div>
                            <w:div w:id="10972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t.com/content/c9a8b592-a81d-11e7-ab55-27219df83c97?syn-25a6b1a6=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B2E5C-8F28-445A-98A2-DFD0FE9B2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Jeff Maxwell</cp:lastModifiedBy>
  <cp:revision>3</cp:revision>
  <dcterms:created xsi:type="dcterms:W3CDTF">2026-10-20T20:06:00Z</dcterms:created>
  <dcterms:modified xsi:type="dcterms:W3CDTF">2026-10-20T20:07:00Z</dcterms:modified>
  <cp:category/>
</cp:coreProperties>
</file>